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1889 Corporate Membership Application</w:t>
      </w:r>
    </w:p>
    <w:p/>
    <w:p>
      <w:r>
        <w:t>Organization Information</w:t>
      </w:r>
    </w:p>
    <w:p>
      <w:r>
        <w:t>• Company Name:</w:t>
      </w:r>
    </w:p>
    <w:p>
      <w:r>
        <w:t>• Industry:</w:t>
      </w:r>
    </w:p>
    <w:p>
      <w:r>
        <w:t>• Address:</w:t>
      </w:r>
    </w:p>
    <w:p>
      <w:r>
        <w:t>• Website:</w:t>
      </w:r>
    </w:p>
    <w:p/>
    <w:p>
      <w:r>
        <w:t>Primary Contact</w:t>
      </w:r>
    </w:p>
    <w:p>
      <w:r>
        <w:t>• Name:</w:t>
      </w:r>
    </w:p>
    <w:p>
      <w:r>
        <w:t>• Title:</w:t>
      </w:r>
    </w:p>
    <w:p>
      <w:r>
        <w:t>• Phone:</w:t>
      </w:r>
    </w:p>
    <w:p>
      <w:r>
        <w:t>• Email:</w:t>
      </w:r>
    </w:p>
    <w:p/>
    <w:p>
      <w:r>
        <w:t>Corporate Guest Passes &amp; Access Policy</w:t>
      </w:r>
    </w:p>
    <w:p>
      <w:r>
        <w:t>• 2 Complimentary Guest Passes per Year for corporate use.</w:t>
      </w:r>
    </w:p>
    <w:p>
      <w:r>
        <w:t>• Additional guest access available with corporate access fee.</w:t>
      </w:r>
    </w:p>
    <w:p>
      <w:r>
        <w:t>• Sub‑members may invite guests depending on tier.</w:t>
      </w:r>
    </w:p>
    <w:p>
      <w:r>
        <w:t>• Corporation responsible for guest compliance and conduct.</w:t>
      </w:r>
    </w:p>
    <w:p/>
    <w:p>
      <w:r>
        <w:t>Corporate Values &amp; Alignment</w:t>
      </w:r>
    </w:p>
    <w:p>
      <w:r>
        <w:t>• Community Engagement</w:t>
      </w:r>
    </w:p>
    <w:p>
      <w:r>
        <w:t>• Philanthropy &amp; CSR</w:t>
      </w:r>
    </w:p>
    <w:p>
      <w:r>
        <w:t>• Workforce Development</w:t>
      </w:r>
    </w:p>
    <w:p>
      <w:r>
        <w:t>• Leadership Development</w:t>
      </w:r>
    </w:p>
    <w:p>
      <w:r>
        <w:t>• Arts / Sports Partnerships</w:t>
      </w:r>
    </w:p>
    <w:p/>
    <w:p>
      <w:r>
        <w:t>Corporate Impact Statement</w:t>
      </w:r>
    </w:p>
    <w:p>
      <w:r>
        <w:t>(Write in space provided)</w:t>
      </w:r>
    </w:p>
    <w:p/>
    <w:p>
      <w:r>
        <w:t>Executive References</w:t>
      </w:r>
    </w:p>
    <w:p>
      <w:r>
        <w:t>• Name / Title / Contact</w:t>
      </w:r>
    </w:p>
    <w:p/>
    <w:p>
      <w:r>
        <w:t>Authorized Signature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