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1889 Individual Membership Application</w:t>
      </w:r>
    </w:p>
    <w:p/>
    <w:p>
      <w:r>
        <w:t>Applicant Information</w:t>
      </w:r>
    </w:p>
    <w:p>
      <w:r>
        <w:t>• Full Name:</w:t>
      </w:r>
    </w:p>
    <w:p>
      <w:r>
        <w:t>• Date of Birth:</w:t>
      </w:r>
    </w:p>
    <w:p>
      <w:r>
        <w:t>• Address:</w:t>
      </w:r>
    </w:p>
    <w:p>
      <w:r>
        <w:t>• Phone:</w:t>
      </w:r>
    </w:p>
    <w:p>
      <w:r>
        <w:t>• Email:</w:t>
      </w:r>
    </w:p>
    <w:p/>
    <w:p>
      <w:r>
        <w:t>Professional Information</w:t>
      </w:r>
    </w:p>
    <w:p>
      <w:r>
        <w:t>• Occupation / Industry:</w:t>
      </w:r>
    </w:p>
    <w:p>
      <w:r>
        <w:t>• Company:</w:t>
      </w:r>
    </w:p>
    <w:p>
      <w:r>
        <w:t>• LinkedIn / Website:</w:t>
      </w:r>
    </w:p>
    <w:p/>
    <w:p>
      <w:r>
        <w:t>Philanthropic Interests</w:t>
      </w:r>
    </w:p>
    <w:p>
      <w:r>
        <w:t>• Education &amp; Youth Development</w:t>
      </w:r>
    </w:p>
    <w:p>
      <w:r>
        <w:t>• Arts &amp; Culture</w:t>
      </w:r>
    </w:p>
    <w:p>
      <w:r>
        <w:t>• Sports &amp; Leadership</w:t>
      </w:r>
    </w:p>
    <w:p>
      <w:r>
        <w:t>• Community Revitalization</w:t>
      </w:r>
    </w:p>
    <w:p>
      <w:r>
        <w:t>• Workforce Development</w:t>
      </w:r>
    </w:p>
    <w:p>
      <w:r>
        <w:t>• Other:</w:t>
      </w:r>
    </w:p>
    <w:p/>
    <w:p>
      <w:r>
        <w:t>Guest Passes &amp; Access Policy</w:t>
      </w:r>
    </w:p>
    <w:p>
      <w:r>
        <w:t>• 2 Complimentary Guest Passes per Year.</w:t>
      </w:r>
    </w:p>
    <w:p>
      <w:r>
        <w:t>• Additional guests allowed with standard access fee.</w:t>
      </w:r>
    </w:p>
    <w:p>
      <w:r>
        <w:t>• Member responsible for guest conduct.</w:t>
      </w:r>
    </w:p>
    <w:p>
      <w:r>
        <w:t>• Passes are non‑transferable.</w:t>
      </w:r>
    </w:p>
    <w:p/>
    <w:p>
      <w:r>
        <w:t>Membership Level Request</w:t>
      </w:r>
    </w:p>
    <w:p>
      <w:r>
        <w:t>• Digital</w:t>
      </w:r>
    </w:p>
    <w:p>
      <w:r>
        <w:t>• Digital + Experiences</w:t>
      </w:r>
    </w:p>
    <w:p>
      <w:r>
        <w:t>• Full Physical</w:t>
      </w:r>
    </w:p>
    <w:p/>
    <w:p>
      <w:r>
        <w:t>Legacy &amp; Purpose Statement</w:t>
      </w:r>
    </w:p>
    <w:p>
      <w:r>
        <w:t>(Write in space provided)</w:t>
      </w:r>
    </w:p>
    <w:p/>
    <w:p>
      <w:r>
        <w:t>References</w:t>
      </w:r>
    </w:p>
    <w:p>
      <w:r>
        <w:t>• Name / Relationship / Contact</w:t>
      </w:r>
    </w:p>
    <w:p/>
    <w:p>
      <w:r>
        <w:t>Signature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