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CHAT WITH A CHAMP</w:t>
      </w:r>
    </w:p>
    <w:p>
      <w:r>
        <w:t>A Thirt13n Program — Inspiring Ambition. Removing Barriers. Unlocking Futures.</w:t>
      </w:r>
    </w:p>
    <w:p>
      <w:pPr>
        <w:pStyle w:val="Heading1"/>
      </w:pPr>
      <w:r>
        <w:t>APPLICATION TO DO AN INDUSTRY TALK</w:t>
      </w:r>
    </w:p>
    <w:p>
      <w:r>
        <w:t>Presented by Thirt13n | Inspiring Ambition. Removing Barriers. Unlocking Futures.</w:t>
      </w:r>
    </w:p>
    <w:p>
      <w:pPr>
        <w:pStyle w:val="Heading2"/>
      </w:pPr>
      <w:r>
        <w:t>1. Program Overview</w:t>
      </w:r>
    </w:p>
    <w:p>
      <w:r>
        <w:t xml:space="preserve">Thank you for your interest in becoming a Champion with Chat with a Champ. </w:t>
        <w:br/>
        <w:t>Champions are professionals and leaders who volunteer to share their stories through one-hour talks, mentorships, or workshops that align with Thirt13n’s student pathway programs.</w:t>
      </w:r>
    </w:p>
    <w:p>
      <w:pPr>
        <w:pStyle w:val="Heading2"/>
      </w:pPr>
      <w:r>
        <w:t>2. About You</w:t>
      </w:r>
    </w:p>
    <w:p>
      <w:r>
        <w:t>Full Name: ____________________________________________________________</w:t>
      </w:r>
    </w:p>
    <w:p>
      <w:r>
        <w:t>Company / Organization: ____________________________________________________________</w:t>
      </w:r>
    </w:p>
    <w:p>
      <w:r>
        <w:t>Industry / Sector: ____________________________________________________________</w:t>
      </w:r>
    </w:p>
    <w:p>
      <w:r>
        <w:t>Job Title: ____________________________________________________________</w:t>
      </w:r>
    </w:p>
    <w:p>
      <w:r>
        <w:t>Email Address: ____________________________________________________________</w:t>
      </w:r>
    </w:p>
    <w:p>
      <w:r>
        <w:t>Phone Number: ____________________________________________________________</w:t>
      </w:r>
    </w:p>
    <w:p>
      <w:r>
        <w:t>LinkedIn / Professional Website (optional): ____________________________________________________________</w:t>
      </w:r>
    </w:p>
    <w:p>
      <w:pPr>
        <w:pStyle w:val="Heading2"/>
      </w:pPr>
      <w:r>
        <w:t>3. Industry &amp; Expertise</w:t>
      </w:r>
    </w:p>
    <w:p>
      <w:r>
        <w:t>Select the area(s) that best describe your background:</w:t>
      </w:r>
    </w:p>
    <w:p>
      <w:r>
        <w:fldChar w:fldCharType="begin"/>
        <w:instrText>FORMCHECKBOX</w:instrText>
        <w:fldChar w:fldCharType="end"/>
      </w:r>
      <w:r>
        <w:t xml:space="preserve"> Sports &amp; Fitness (RFields)</w:t>
      </w:r>
    </w:p>
    <w:p>
      <w:r>
        <w:fldChar w:fldCharType="begin"/>
        <w:instrText>FORMCHECKBOX</w:instrText>
        <w:fldChar w:fldCharType="end"/>
      </w:r>
      <w:r>
        <w:t xml:space="preserve"> Culinary Arts &amp; Hospitality (Apicius)</w:t>
      </w:r>
    </w:p>
    <w:p>
      <w:r>
        <w:fldChar w:fldCharType="begin"/>
        <w:instrText>FORMCHECKBOX</w:instrText>
        <w:fldChar w:fldCharType="end"/>
      </w:r>
      <w:r>
        <w:t xml:space="preserve"> Tourism &amp; Guest Experience (Aveqia)</w:t>
      </w:r>
    </w:p>
    <w:p>
      <w:r>
        <w:fldChar w:fldCharType="begin"/>
        <w:instrText>FORMCHECKBOX</w:instrText>
        <w:fldChar w:fldCharType="end"/>
      </w:r>
      <w:r>
        <w:t xml:space="preserve"> Agriculture &amp; Sustainability (Vineland Project)</w:t>
      </w:r>
    </w:p>
    <w:p>
      <w:r>
        <w:fldChar w:fldCharType="begin"/>
        <w:instrText>FORMCHECKBOX</w:instrText>
        <w:fldChar w:fldCharType="end"/>
      </w:r>
      <w:r>
        <w:t xml:space="preserve"> Construction, HVAC, Plumbing, Electrical (Alliance Building Solutions)</w:t>
      </w:r>
    </w:p>
    <w:p>
      <w:r>
        <w:fldChar w:fldCharType="begin"/>
        <w:instrText>FORMCHECKBOX</w:instrText>
        <w:fldChar w:fldCharType="end"/>
      </w:r>
      <w:r>
        <w:t xml:space="preserve"> Media, Communications &amp; Journalism (IMN Press)</w:t>
      </w:r>
    </w:p>
    <w:p>
      <w:r>
        <w:fldChar w:fldCharType="begin"/>
        <w:instrText>FORMCHECKBOX</w:instrText>
        <w:fldChar w:fldCharType="end"/>
      </w:r>
      <w:r>
        <w:t xml:space="preserve"> Technology &amp; Innovation</w:t>
      </w:r>
    </w:p>
    <w:p>
      <w:r>
        <w:fldChar w:fldCharType="begin"/>
        <w:instrText>FORMCHECKBOX</w:instrText>
        <w:fldChar w:fldCharType="end"/>
      </w:r>
      <w:r>
        <w:t xml:space="preserve"> Military, Public Service, or Civic Leadership</w:t>
      </w:r>
    </w:p>
    <w:p>
      <w:r>
        <w:fldChar w:fldCharType="begin"/>
        <w:instrText>FORMCHECKBOX</w:instrText>
        <w:fldChar w:fldCharType="end"/>
      </w:r>
      <w:r>
        <w:t xml:space="preserve"> Other:</w:t>
      </w:r>
    </w:p>
    <w:p>
      <w:r>
        <w:t>Briefly describe your professional journey or specialty (3–5 sentences):</w:t>
      </w:r>
    </w:p>
    <w:p>
      <w:r>
        <w:t>____________________________________________________________________________________________________</w:t>
      </w:r>
    </w:p>
    <w:p>
      <w:r>
        <w:t>____________________________________________________________________________________________________</w:t>
      </w:r>
    </w:p>
    <w:p>
      <w:r>
        <w:t>____________________________________________________________________________________________________</w:t>
      </w:r>
    </w:p>
    <w:p>
      <w:pPr>
        <w:pStyle w:val="Heading2"/>
      </w:pPr>
      <w:r>
        <w:t>4. Talk Format Options</w:t>
      </w:r>
    </w:p>
    <w:p>
      <w:r>
        <w:t>Please indicate your preferred way to engage:</w:t>
      </w:r>
    </w:p>
    <w:p>
      <w:r>
        <w:fldChar w:fldCharType="begin"/>
        <w:instrText>FORMCHECKBOX</w:instrText>
        <w:fldChar w:fldCharType="end"/>
      </w:r>
      <w:r>
        <w:t xml:space="preserve"> Give an Hour – 1-hour interactive talk or Q&amp;A (Grades 6–8)</w:t>
      </w:r>
    </w:p>
    <w:p>
      <w:r>
        <w:fldChar w:fldCharType="begin"/>
        <w:instrText>FORMCHECKBOX</w:instrText>
        <w:fldChar w:fldCharType="end"/>
      </w:r>
      <w:r>
        <w:t xml:space="preserve"> Round Table – Small group conversation (Grades 9–10)</w:t>
      </w:r>
    </w:p>
    <w:p>
      <w:r>
        <w:fldChar w:fldCharType="begin"/>
        <w:instrText>FORMCHECKBOX</w:instrText>
        <w:fldChar w:fldCharType="end"/>
      </w:r>
      <w:r>
        <w:t xml:space="preserve"> Forerunner Mentorship – Long-term mentorship (Grades 11–12)</w:t>
      </w:r>
    </w:p>
    <w:p>
      <w:r>
        <w:fldChar w:fldCharType="begin"/>
        <w:instrText>FORMCHECKBOX</w:instrText>
        <w:fldChar w:fldCharType="end"/>
      </w:r>
      <w:r>
        <w:t xml:space="preserve"> Hero Talk – Short storytelling session (Grades K–5)</w:t>
      </w:r>
    </w:p>
    <w:p>
      <w:r>
        <w:t>Delivery Mode:</w:t>
      </w:r>
    </w:p>
    <w:p>
      <w:r>
        <w:fldChar w:fldCharType="begin"/>
        <w:instrText>FORMCHECKBOX</w:instrText>
        <w:fldChar w:fldCharType="end"/>
      </w:r>
      <w:r>
        <w:t xml:space="preserve"> In-Person Visit</w:t>
      </w:r>
    </w:p>
    <w:p>
      <w:r>
        <w:fldChar w:fldCharType="begin"/>
        <w:instrText>FORMCHECKBOX</w:instrText>
        <w:fldChar w:fldCharType="end"/>
      </w:r>
      <w:r>
        <w:t xml:space="preserve"> Virtual Session</w:t>
      </w:r>
    </w:p>
    <w:p>
      <w:r>
        <w:fldChar w:fldCharType="begin"/>
        <w:instrText>FORMCHECKBOX</w:instrText>
        <w:fldChar w:fldCharType="end"/>
      </w:r>
      <w:r>
        <w:t xml:space="preserve"> Hybrid (Flexible)</w:t>
      </w:r>
    </w:p>
    <w:p>
      <w:r>
        <w:t>Preferred Regions or School Type (if applicable):</w:t>
      </w:r>
    </w:p>
    <w:p>
      <w:r>
        <w:fldChar w:fldCharType="begin"/>
        <w:instrText>FORMCHECKBOX</w:instrText>
        <w:fldChar w:fldCharType="end"/>
      </w:r>
      <w:r>
        <w:t xml:space="preserve"> Rural</w:t>
      </w:r>
    </w:p>
    <w:p>
      <w:r>
        <w:fldChar w:fldCharType="begin"/>
        <w:instrText>FORMCHECKBOX</w:instrText>
        <w:fldChar w:fldCharType="end"/>
      </w:r>
      <w:r>
        <w:t xml:space="preserve"> Urban</w:t>
      </w:r>
    </w:p>
    <w:p>
      <w:r>
        <w:fldChar w:fldCharType="begin"/>
        <w:instrText>FORMCHECKBOX</w:instrText>
        <w:fldChar w:fldCharType="end"/>
      </w:r>
      <w:r>
        <w:t xml:space="preserve"> Suburban</w:t>
      </w:r>
    </w:p>
    <w:p>
      <w:r>
        <w:fldChar w:fldCharType="begin"/>
        <w:instrText>FORMCHECKBOX</w:instrText>
        <w:fldChar w:fldCharType="end"/>
      </w:r>
      <w:r>
        <w:t xml:space="preserve"> Elementary</w:t>
      </w:r>
    </w:p>
    <w:p>
      <w:r>
        <w:fldChar w:fldCharType="begin"/>
        <w:instrText>FORMCHECKBOX</w:instrText>
        <w:fldChar w:fldCharType="end"/>
      </w:r>
      <w:r>
        <w:t xml:space="preserve"> Middle</w:t>
      </w:r>
    </w:p>
    <w:p>
      <w:r>
        <w:fldChar w:fldCharType="begin"/>
        <w:instrText>FORMCHECKBOX</w:instrText>
        <w:fldChar w:fldCharType="end"/>
      </w:r>
      <w:r>
        <w:t xml:space="preserve"> High School</w:t>
      </w:r>
    </w:p>
    <w:p>
      <w:pPr>
        <w:pStyle w:val="Heading2"/>
      </w:pPr>
      <w:r>
        <w:t>5. Your Message</w:t>
      </w:r>
    </w:p>
    <w:p>
      <w:r>
        <w:t>What inspired you to become a Champion?</w:t>
      </w:r>
    </w:p>
    <w:p>
      <w:r>
        <w:t>____________________________________________________________________________________________________</w:t>
      </w:r>
    </w:p>
    <w:p>
      <w:r>
        <w:t>____________________________________________________________________________________________________</w:t>
      </w:r>
    </w:p>
    <w:p>
      <w:r>
        <w:t>Key themes you would like to share with students:</w:t>
      </w:r>
    </w:p>
    <w:p>
      <w:r>
        <w:fldChar w:fldCharType="begin"/>
        <w:instrText>FORMCHECKBOX</w:instrText>
        <w:fldChar w:fldCharType="end"/>
      </w:r>
      <w:r>
        <w:t xml:space="preserve"> Leadership &amp; Teamwork</w:t>
      </w:r>
    </w:p>
    <w:p>
      <w:r>
        <w:fldChar w:fldCharType="begin"/>
        <w:instrText>FORMCHECKBOX</w:instrText>
        <w:fldChar w:fldCharType="end"/>
      </w:r>
      <w:r>
        <w:t xml:space="preserve"> Overcoming Challenges</w:t>
      </w:r>
    </w:p>
    <w:p>
      <w:r>
        <w:fldChar w:fldCharType="begin"/>
        <w:instrText>FORMCHECKBOX</w:instrText>
        <w:fldChar w:fldCharType="end"/>
      </w:r>
      <w:r>
        <w:t xml:space="preserve"> Diversity &amp; Inclusion</w:t>
      </w:r>
    </w:p>
    <w:p>
      <w:r>
        <w:fldChar w:fldCharType="begin"/>
        <w:instrText>FORMCHECKBOX</w:instrText>
        <w:fldChar w:fldCharType="end"/>
      </w:r>
      <w:r>
        <w:t xml:space="preserve"> Entrepreneurship &amp; Innovation</w:t>
      </w:r>
    </w:p>
    <w:p>
      <w:r>
        <w:fldChar w:fldCharType="begin"/>
        <w:instrText>FORMCHECKBOX</w:instrText>
        <w:fldChar w:fldCharType="end"/>
      </w:r>
      <w:r>
        <w:t xml:space="preserve"> Career Pathways &amp; Skills</w:t>
      </w:r>
    </w:p>
    <w:p>
      <w:r>
        <w:fldChar w:fldCharType="begin"/>
        <w:instrText>FORMCHECKBOX</w:instrText>
        <w:fldChar w:fldCharType="end"/>
      </w:r>
      <w:r>
        <w:t xml:space="preserve"> Character &amp; Service</w:t>
      </w:r>
    </w:p>
    <w:p>
      <w:r>
        <w:fldChar w:fldCharType="begin"/>
        <w:instrText>FORMCHECKBOX</w:instrText>
        <w:fldChar w:fldCharType="end"/>
      </w:r>
      <w:r>
        <w:t xml:space="preserve"> Financial Literacy / Life Skills</w:t>
      </w:r>
    </w:p>
    <w:p>
      <w:r>
        <w:fldChar w:fldCharType="begin"/>
        <w:instrText>FORMCHECKBOX</w:instrText>
        <w:fldChar w:fldCharType="end"/>
      </w:r>
      <w:r>
        <w:t xml:space="preserve"> Wellness &amp; Mental Resilience</w:t>
      </w:r>
    </w:p>
    <w:p>
      <w:r>
        <w:fldChar w:fldCharType="begin"/>
        <w:instrText>FORMCHECKBOX</w:instrText>
        <w:fldChar w:fldCharType="end"/>
      </w:r>
      <w:r>
        <w:t xml:space="preserve"> Other:</w:t>
      </w:r>
    </w:p>
    <w:p>
      <w:pPr>
        <w:pStyle w:val="Heading2"/>
      </w:pPr>
      <w:r>
        <w:t>6. Availability</w:t>
      </w:r>
    </w:p>
    <w:p>
      <w:r>
        <w:t>Ideal time(s) to speak:</w:t>
      </w:r>
    </w:p>
    <w:p>
      <w:r>
        <w:fldChar w:fldCharType="begin"/>
        <w:instrText>FORMCHECKBOX</w:instrText>
        <w:fldChar w:fldCharType="end"/>
      </w:r>
      <w:r>
        <w:t xml:space="preserve"> Morning</w:t>
      </w:r>
    </w:p>
    <w:p>
      <w:r>
        <w:fldChar w:fldCharType="begin"/>
        <w:instrText>FORMCHECKBOX</w:instrText>
        <w:fldChar w:fldCharType="end"/>
      </w:r>
      <w:r>
        <w:t xml:space="preserve"> Midday</w:t>
      </w:r>
    </w:p>
    <w:p>
      <w:r>
        <w:fldChar w:fldCharType="begin"/>
        <w:instrText>FORMCHECKBOX</w:instrText>
        <w:fldChar w:fldCharType="end"/>
      </w:r>
      <w:r>
        <w:t xml:space="preserve"> Afternoon</w:t>
      </w:r>
    </w:p>
    <w:p>
      <w:r>
        <w:fldChar w:fldCharType="begin"/>
        <w:instrText>FORMCHECKBOX</w:instrText>
        <w:fldChar w:fldCharType="end"/>
      </w:r>
      <w:r>
        <w:t xml:space="preserve"> Evening (virtual only)</w:t>
      </w:r>
    </w:p>
    <w:p>
      <w:r>
        <w:t>Frequency of participation:</w:t>
      </w:r>
    </w:p>
    <w:p>
      <w:r>
        <w:fldChar w:fldCharType="begin"/>
        <w:instrText>FORMCHECKBOX</w:instrText>
        <w:fldChar w:fldCharType="end"/>
      </w:r>
      <w:r>
        <w:t xml:space="preserve"> One-time session</w:t>
      </w:r>
    </w:p>
    <w:p>
      <w:r>
        <w:fldChar w:fldCharType="begin"/>
        <w:instrText>FORMCHECKBOX</w:instrText>
        <w:fldChar w:fldCharType="end"/>
      </w:r>
      <w:r>
        <w:t xml:space="preserve"> Quarterly / Seasonal</w:t>
      </w:r>
    </w:p>
    <w:p>
      <w:r>
        <w:fldChar w:fldCharType="begin"/>
        <w:instrText>FORMCHECKBOX</w:instrText>
        <w:fldChar w:fldCharType="end"/>
      </w:r>
      <w:r>
        <w:t xml:space="preserve"> Ongoing mentorship opportunities</w:t>
      </w:r>
    </w:p>
    <w:p>
      <w:pPr>
        <w:pStyle w:val="Heading2"/>
      </w:pPr>
      <w:r>
        <w:t>7. Additional Opportunities</w:t>
      </w:r>
    </w:p>
    <w:p>
      <w:r>
        <w:fldChar w:fldCharType="begin"/>
        <w:instrText>FORMCHECKBOX</w:instrText>
        <w:fldChar w:fldCharType="end"/>
      </w:r>
      <w:r>
        <w:t xml:space="preserve"> Apprenticeship or Internship Hosting</w:t>
      </w:r>
    </w:p>
    <w:p>
      <w:r>
        <w:fldChar w:fldCharType="begin"/>
        <w:instrText>FORMCHECKBOX</w:instrText>
        <w:fldChar w:fldCharType="end"/>
      </w:r>
      <w:r>
        <w:t xml:space="preserve"> Mentorship or Advisory Panel</w:t>
      </w:r>
    </w:p>
    <w:p>
      <w:r>
        <w:fldChar w:fldCharType="begin"/>
        <w:instrText>FORMCHECKBOX</w:instrText>
        <w:fldChar w:fldCharType="end"/>
      </w:r>
      <w:r>
        <w:t xml:space="preserve"> Corporate Sponsorship</w:t>
      </w:r>
    </w:p>
    <w:p>
      <w:r>
        <w:fldChar w:fldCharType="begin"/>
        <w:instrText>FORMCHECKBOX</w:instrText>
        <w:fldChar w:fldCharType="end"/>
      </w:r>
      <w:r>
        <w:t xml:space="preserve"> Round Table Summit / Industry Day</w:t>
      </w:r>
    </w:p>
    <w:p>
      <w:r>
        <w:fldChar w:fldCharType="begin"/>
        <w:instrText>FORMCHECKBOX</w:instrText>
        <w:fldChar w:fldCharType="end"/>
      </w:r>
      <w:r>
        <w:t xml:space="preserve"> Media / Interview Opportunities</w:t>
      </w:r>
    </w:p>
    <w:p>
      <w:pPr>
        <w:pStyle w:val="Heading2"/>
      </w:pPr>
      <w:r>
        <w:t>8. Safeguarding &amp; Commitment</w:t>
      </w:r>
    </w:p>
    <w:p>
      <w:r>
        <w:t>All speakers must complete orientation, follow school visitor policies, and agree to teacher supervision during all student interactions.</w:t>
      </w:r>
    </w:p>
    <w:p>
      <w:r>
        <w:fldChar w:fldCharType="begin"/>
        <w:instrText>FORMCHECKBOX</w:instrText>
        <w:fldChar w:fldCharType="end"/>
      </w:r>
      <w:r>
        <w:t xml:space="preserve"> I agree to comply with Thirt13n’s safeguarding and engagement standards.</w:t>
      </w:r>
    </w:p>
    <w:p>
      <w:r>
        <w:fldChar w:fldCharType="begin"/>
        <w:instrText>FORMCHECKBOX</w:instrText>
        <w:fldChar w:fldCharType="end"/>
      </w:r>
      <w:r>
        <w:t xml:space="preserve"> I consent to my name and company being included in promotional materials (optional).</w:t>
      </w:r>
    </w:p>
    <w:p>
      <w:r>
        <w:t>Signature: ________________________________________    Date: ____________________</w:t>
      </w:r>
    </w:p>
    <w:p>
      <w:pPr>
        <w:pStyle w:val="Heading2"/>
      </w:pPr>
      <w:r>
        <w:t>9. Submission</w:t>
      </w:r>
    </w:p>
    <w:p>
      <w:r>
        <w:t>Please submit this completed form via:</w:t>
        <w:br/>
        <w:t>Email: champions@thirt13n.org</w:t>
        <w:br/>
        <w:t>Website: www.thirt13n.org/chatwithachamp</w:t>
        <w:br/>
        <w:t>Questions: Contact our Industry Engagement Team at info@thirt13n.org</w:t>
      </w:r>
    </w:p>
    <w:p>
      <w:r>
        <w:br/>
        <w:t>Together, we Excite, Engage, Educate, and Empower the next generation of champions.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