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CHAT WITH A CHAMP</w:t>
      </w:r>
    </w:p>
    <w:p>
      <w:r>
        <w:t>A Thirt13n Program — Inspiring Ambition. Removing Barriers. Unlocking Futures.</w:t>
      </w:r>
    </w:p>
    <w:p>
      <w:pPr>
        <w:pStyle w:val="Heading1"/>
      </w:pPr>
      <w:r>
        <w:t>APPLICATION FOR SCHOOLS TO RECEIVE INDUSTRY TALKS &amp; MENTORSHIP</w:t>
      </w:r>
    </w:p>
    <w:p>
      <w:r>
        <w:t>Presented by Thirt13n | Connecting Education with Real-World Inspiration.</w:t>
      </w:r>
    </w:p>
    <w:p>
      <w:pPr>
        <w:pStyle w:val="Heading2"/>
      </w:pPr>
      <w:r>
        <w:t>1. Program Overview</w:t>
      </w:r>
    </w:p>
    <w:p>
      <w:r>
        <w:t xml:space="preserve">Thank you for your interest in bringing the Chat with a Champ program to your school. </w:t>
        <w:br/>
        <w:t xml:space="preserve">This initiative connects students with real-world professionals, mentors, and champions across industries. </w:t>
        <w:br/>
        <w:t>Each session helps students discover careers, develop skills, and build confidence through mentorship, storytelling, and industry engagement.</w:t>
      </w:r>
    </w:p>
    <w:p>
      <w:pPr>
        <w:pStyle w:val="Heading2"/>
      </w:pPr>
      <w:r>
        <w:t>2. School Information</w:t>
      </w:r>
    </w:p>
    <w:p>
      <w:r>
        <w:t>School Name: ____________________________________________________________</w:t>
      </w:r>
    </w:p>
    <w:p>
      <w:r>
        <w:t>District: ____________________________________________________________</w:t>
      </w:r>
    </w:p>
    <w:p>
      <w:r>
        <w:t>School Address: ____________________________________________________________</w:t>
      </w:r>
    </w:p>
    <w:p>
      <w:r>
        <w:t>City: ____________________________________________________________</w:t>
      </w:r>
    </w:p>
    <w:p>
      <w:r>
        <w:t>State: ____________________________________________________________</w:t>
      </w:r>
    </w:p>
    <w:p>
      <w:r>
        <w:t>Zip Code: ____________________________________________________________</w:t>
      </w:r>
    </w:p>
    <w:p>
      <w:r>
        <w:t>Principal / Head of School: ____________________________________________________________</w:t>
      </w:r>
    </w:p>
    <w:p>
      <w:r>
        <w:t>Career Coordinator / Lead Teacher: ____________________________________________________________</w:t>
      </w:r>
    </w:p>
    <w:p>
      <w:r>
        <w:t>Email Address: ____________________________________________________________</w:t>
      </w:r>
    </w:p>
    <w:p>
      <w:r>
        <w:t>Phone Number: ____________________________________________________________</w:t>
      </w:r>
    </w:p>
    <w:p>
      <w:pPr>
        <w:pStyle w:val="Heading2"/>
      </w:pPr>
      <w:r>
        <w:t>3. Grade Levels &amp; Student Demographics</w:t>
      </w:r>
    </w:p>
    <w:p>
      <w:r>
        <w:t>Please select the grades you wish to include in the program:</w:t>
      </w:r>
    </w:p>
    <w:p>
      <w:r>
        <w:fldChar w:fldCharType="begin"/>
        <w:instrText>FORMCHECKBOX</w:instrText>
        <w:fldChar w:fldCharType="end"/>
      </w:r>
      <w:r>
        <w:t xml:space="preserve"> K–2</w:t>
      </w:r>
    </w:p>
    <w:p>
      <w:r>
        <w:fldChar w:fldCharType="begin"/>
        <w:instrText>FORMCHECKBOX</w:instrText>
        <w:fldChar w:fldCharType="end"/>
      </w:r>
      <w:r>
        <w:t xml:space="preserve"> 3–5</w:t>
      </w:r>
    </w:p>
    <w:p>
      <w:r>
        <w:fldChar w:fldCharType="begin"/>
        <w:instrText>FORMCHECKBOX</w:instrText>
        <w:fldChar w:fldCharType="end"/>
      </w:r>
      <w:r>
        <w:t xml:space="preserve"> 6–8</w:t>
      </w:r>
    </w:p>
    <w:p>
      <w:r>
        <w:fldChar w:fldCharType="begin"/>
        <w:instrText>FORMCHECKBOX</w:instrText>
        <w:fldChar w:fldCharType="end"/>
      </w:r>
      <w:r>
        <w:t xml:space="preserve"> 9–10</w:t>
      </w:r>
    </w:p>
    <w:p>
      <w:r>
        <w:fldChar w:fldCharType="begin"/>
        <w:instrText>FORMCHECKBOX</w:instrText>
        <w:fldChar w:fldCharType="end"/>
      </w:r>
      <w:r>
        <w:t xml:space="preserve"> 11–12</w:t>
      </w:r>
    </w:p>
    <w:p>
      <w:r>
        <w:t>Approximate number of participating students: ________________________________________</w:t>
      </w:r>
    </w:p>
    <w:p>
      <w:r>
        <w:t>Select student focus areas or programs that align with your school:</w:t>
      </w:r>
    </w:p>
    <w:p>
      <w:r>
        <w:fldChar w:fldCharType="begin"/>
        <w:instrText>FORMCHECKBOX</w:instrText>
        <w:fldChar w:fldCharType="end"/>
      </w:r>
      <w:r>
        <w:t xml:space="preserve"> Sports / Athletics</w:t>
      </w:r>
    </w:p>
    <w:p>
      <w:r>
        <w:fldChar w:fldCharType="begin"/>
        <w:instrText>FORMCHECKBOX</w:instrText>
        <w:fldChar w:fldCharType="end"/>
      </w:r>
      <w:r>
        <w:t xml:space="preserve"> Culinary &amp; Hospitality</w:t>
      </w:r>
    </w:p>
    <w:p>
      <w:r>
        <w:fldChar w:fldCharType="begin"/>
        <w:instrText>FORMCHECKBOX</w:instrText>
        <w:fldChar w:fldCharType="end"/>
      </w:r>
      <w:r>
        <w:t xml:space="preserve"> Tourism &amp; Guest Services</w:t>
      </w:r>
    </w:p>
    <w:p>
      <w:r>
        <w:fldChar w:fldCharType="begin"/>
        <w:instrText>FORMCHECKBOX</w:instrText>
        <w:fldChar w:fldCharType="end"/>
      </w:r>
      <w:r>
        <w:t xml:space="preserve"> Agriculture / Environmental Studies</w:t>
      </w:r>
    </w:p>
    <w:p>
      <w:r>
        <w:fldChar w:fldCharType="begin"/>
        <w:instrText>FORMCHECKBOX</w:instrText>
        <w:fldChar w:fldCharType="end"/>
      </w:r>
      <w:r>
        <w:t xml:space="preserve"> Trades &amp; Construction</w:t>
      </w:r>
    </w:p>
    <w:p>
      <w:r>
        <w:fldChar w:fldCharType="begin"/>
        <w:instrText>FORMCHECKBOX</w:instrText>
        <w:fldChar w:fldCharType="end"/>
      </w:r>
      <w:r>
        <w:t xml:space="preserve"> Media &amp; Journalism</w:t>
      </w:r>
    </w:p>
    <w:p>
      <w:r>
        <w:fldChar w:fldCharType="begin"/>
        <w:instrText>FORMCHECKBOX</w:instrText>
        <w:fldChar w:fldCharType="end"/>
      </w:r>
      <w:r>
        <w:t xml:space="preserve"> Technology / STEM</w:t>
      </w:r>
    </w:p>
    <w:p>
      <w:r>
        <w:fldChar w:fldCharType="begin"/>
        <w:instrText>FORMCHECKBOX</w:instrText>
        <w:fldChar w:fldCharType="end"/>
      </w:r>
      <w:r>
        <w:t xml:space="preserve"> Leadership &amp; Character Development</w:t>
      </w:r>
    </w:p>
    <w:p>
      <w:pPr>
        <w:pStyle w:val="Heading2"/>
      </w:pPr>
      <w:r>
        <w:t>4. Type of Engagement Requested</w:t>
      </w:r>
    </w:p>
    <w:p>
      <w:r>
        <w:t>Please select the activities your school would like to receive:</w:t>
      </w:r>
    </w:p>
    <w:p>
      <w:r>
        <w:fldChar w:fldCharType="begin"/>
        <w:instrText>FORMCHECKBOX</w:instrText>
        <w:fldChar w:fldCharType="end"/>
      </w:r>
      <w:r>
        <w:t xml:space="preserve"> Hero Talks (K–5 short inspirational sessions)</w:t>
      </w:r>
    </w:p>
    <w:p>
      <w:r>
        <w:fldChar w:fldCharType="begin"/>
        <w:instrText>FORMCHECKBOX</w:instrText>
        <w:fldChar w:fldCharType="end"/>
      </w:r>
      <w:r>
        <w:t xml:space="preserve"> Give an Hour (Industry talk with Q&amp;A for Grades 6–8)</w:t>
      </w:r>
    </w:p>
    <w:p>
      <w:r>
        <w:fldChar w:fldCharType="begin"/>
        <w:instrText>FORMCHECKBOX</w:instrText>
        <w:fldChar w:fldCharType="end"/>
      </w:r>
      <w:r>
        <w:t xml:space="preserve"> Round Table Discussions (Small group leadership sessions for Grades 9–10)</w:t>
      </w:r>
    </w:p>
    <w:p>
      <w:r>
        <w:fldChar w:fldCharType="begin"/>
        <w:instrText>FORMCHECKBOX</w:instrText>
        <w:fldChar w:fldCharType="end"/>
      </w:r>
      <w:r>
        <w:t xml:space="preserve"> Forerunner Mentorship (One-on-one or small group mentorship for Grades 11–12)</w:t>
      </w:r>
    </w:p>
    <w:p>
      <w:r>
        <w:fldChar w:fldCharType="begin"/>
        <w:instrText>FORMCHECKBOX</w:instrText>
        <w:fldChar w:fldCharType="end"/>
      </w:r>
      <w:r>
        <w:t xml:space="preserve"> Virtual Career Sessions (Online or hybrid sessions)</w:t>
      </w:r>
    </w:p>
    <w:p>
      <w:r>
        <w:fldChar w:fldCharType="begin"/>
        <w:instrText>FORMCHECKBOX</w:instrText>
        <w:fldChar w:fldCharType="end"/>
      </w:r>
      <w:r>
        <w:t xml:space="preserve"> Site Visits / Industry Field Trips</w:t>
      </w:r>
    </w:p>
    <w:p>
      <w:r>
        <w:fldChar w:fldCharType="begin"/>
        <w:instrText>FORMCHECKBOX</w:instrText>
        <w:fldChar w:fldCharType="end"/>
      </w:r>
      <w:r>
        <w:t xml:space="preserve"> School Career or Champions Summit Event</w:t>
      </w:r>
    </w:p>
    <w:p>
      <w:pPr>
        <w:pStyle w:val="Heading2"/>
      </w:pPr>
      <w:r>
        <w:t>5. School Readiness &amp; Facilities</w:t>
      </w:r>
    </w:p>
    <w:p>
      <w:r>
        <w:t>Please indicate your available facilities for hosting events:</w:t>
      </w:r>
    </w:p>
    <w:p>
      <w:r>
        <w:fldChar w:fldCharType="begin"/>
        <w:instrText>FORMCHECKBOX</w:instrText>
        <w:fldChar w:fldCharType="end"/>
      </w:r>
      <w:r>
        <w:t xml:space="preserve"> Auditorium / Gym</w:t>
      </w:r>
    </w:p>
    <w:p>
      <w:r>
        <w:fldChar w:fldCharType="begin"/>
        <w:instrText>FORMCHECKBOX</w:instrText>
        <w:fldChar w:fldCharType="end"/>
      </w:r>
      <w:r>
        <w:t xml:space="preserve"> Classroom</w:t>
      </w:r>
    </w:p>
    <w:p>
      <w:r>
        <w:fldChar w:fldCharType="begin"/>
        <w:instrText>FORMCHECKBOX</w:instrText>
        <w:fldChar w:fldCharType="end"/>
      </w:r>
      <w:r>
        <w:t xml:space="preserve"> Media Center / Library</w:t>
      </w:r>
    </w:p>
    <w:p>
      <w:r>
        <w:fldChar w:fldCharType="begin"/>
        <w:instrText>FORMCHECKBOX</w:instrText>
        <w:fldChar w:fldCharType="end"/>
      </w:r>
      <w:r>
        <w:t xml:space="preserve"> Computer Lab</w:t>
      </w:r>
    </w:p>
    <w:p>
      <w:r>
        <w:fldChar w:fldCharType="begin"/>
        <w:instrText>FORMCHECKBOX</w:instrText>
        <w:fldChar w:fldCharType="end"/>
      </w:r>
      <w:r>
        <w:t xml:space="preserve"> Outdoor Area</w:t>
      </w:r>
    </w:p>
    <w:p>
      <w:r>
        <w:fldChar w:fldCharType="begin"/>
        <w:instrText>FORMCHECKBOX</w:instrText>
        <w:fldChar w:fldCharType="end"/>
      </w:r>
      <w:r>
        <w:t xml:space="preserve"> Other:</w:t>
      </w:r>
    </w:p>
    <w:p>
      <w:r>
        <w:t>Preferred session times:</w:t>
      </w:r>
    </w:p>
    <w:p>
      <w:r>
        <w:fldChar w:fldCharType="begin"/>
        <w:instrText>FORMCHECKBOX</w:instrText>
        <w:fldChar w:fldCharType="end"/>
      </w:r>
      <w:r>
        <w:t xml:space="preserve"> Morning</w:t>
      </w:r>
    </w:p>
    <w:p>
      <w:r>
        <w:fldChar w:fldCharType="begin"/>
        <w:instrText>FORMCHECKBOX</w:instrText>
        <w:fldChar w:fldCharType="end"/>
      </w:r>
      <w:r>
        <w:t xml:space="preserve"> Midday</w:t>
      </w:r>
    </w:p>
    <w:p>
      <w:r>
        <w:fldChar w:fldCharType="begin"/>
        <w:instrText>FORMCHECKBOX</w:instrText>
        <w:fldChar w:fldCharType="end"/>
      </w:r>
      <w:r>
        <w:t xml:space="preserve"> Afternoon</w:t>
      </w:r>
    </w:p>
    <w:p>
      <w:r>
        <w:fldChar w:fldCharType="begin"/>
        <w:instrText>FORMCHECKBOX</w:instrText>
        <w:fldChar w:fldCharType="end"/>
      </w:r>
      <w:r>
        <w:t xml:space="preserve"> Flexible</w:t>
      </w:r>
    </w:p>
    <w:p>
      <w:pPr>
        <w:pStyle w:val="Heading2"/>
      </w:pPr>
      <w:r>
        <w:t>6. School Commitment</w:t>
      </w:r>
    </w:p>
    <w:p>
      <w:r>
        <w:t>To ensure successful delivery of the Chat with a Champ program, schools agree to:</w:t>
        <w:br/>
        <w:t>- Designate a lead staff member to coordinate sessions.</w:t>
        <w:br/>
        <w:t>- Provide proper supervision during all student interactions.</w:t>
        <w:br/>
        <w:t>- Prepare students in advance with provided discussion guides.</w:t>
        <w:br/>
        <w:t>- Allow feedback collection from teachers and students for impact reporting.</w:t>
      </w:r>
    </w:p>
    <w:p>
      <w:r>
        <w:fldChar w:fldCharType="begin"/>
        <w:instrText>FORMCHECKBOX</w:instrText>
        <w:fldChar w:fldCharType="end"/>
      </w:r>
      <w:r>
        <w:t xml:space="preserve"> We agree to host at least one session every 6 weeks (or per school schedule).</w:t>
      </w:r>
    </w:p>
    <w:p>
      <w:r>
        <w:fldChar w:fldCharType="begin"/>
        <w:instrText>FORMCHECKBOX</w:instrText>
        <w:fldChar w:fldCharType="end"/>
      </w:r>
      <w:r>
        <w:t xml:space="preserve"> We will ensure teachers or administrators are present during all events.</w:t>
      </w:r>
    </w:p>
    <w:p>
      <w:r>
        <w:fldChar w:fldCharType="begin"/>
        <w:instrText>FORMCHECKBOX</w:instrText>
        <w:fldChar w:fldCharType="end"/>
      </w:r>
      <w:r>
        <w:t xml:space="preserve"> We will complete required feedback forms and share student reflections.</w:t>
      </w:r>
    </w:p>
    <w:p>
      <w:r>
        <w:fldChar w:fldCharType="begin"/>
        <w:instrText>FORMCHECKBOX</w:instrText>
        <w:fldChar w:fldCharType="end"/>
      </w:r>
      <w:r>
        <w:t xml:space="preserve"> We agree to comply with Thirt13n’s safeguarding and visitor policies.</w:t>
      </w:r>
    </w:p>
    <w:p>
      <w:pPr>
        <w:pStyle w:val="Heading2"/>
      </w:pPr>
      <w:r>
        <w:t>7. Additional Opportunities</w:t>
      </w:r>
    </w:p>
    <w:p>
      <w:r>
        <w:t>Please indicate other ways your school may want to collaborate:</w:t>
      </w:r>
    </w:p>
    <w:p>
      <w:r>
        <w:fldChar w:fldCharType="begin"/>
        <w:instrText>FORMCHECKBOX</w:instrText>
        <w:fldChar w:fldCharType="end"/>
      </w:r>
      <w:r>
        <w:t xml:space="preserve"> Host an Industry Day / Round Table</w:t>
      </w:r>
    </w:p>
    <w:p>
      <w:r>
        <w:fldChar w:fldCharType="begin"/>
        <w:instrText>FORMCHECKBOX</w:instrText>
        <w:fldChar w:fldCharType="end"/>
      </w:r>
      <w:r>
        <w:t xml:space="preserve"> Participate in Apprenticeship Programs</w:t>
      </w:r>
    </w:p>
    <w:p>
      <w:r>
        <w:fldChar w:fldCharType="begin"/>
        <w:instrText>FORMCHECKBOX</w:instrText>
        <w:fldChar w:fldCharType="end"/>
      </w:r>
      <w:r>
        <w:t xml:space="preserve"> Collaborate on Family Engagement Events</w:t>
      </w:r>
    </w:p>
    <w:p>
      <w:r>
        <w:fldChar w:fldCharType="begin"/>
        <w:instrText>FORMCHECKBOX</w:instrText>
        <w:fldChar w:fldCharType="end"/>
      </w:r>
      <w:r>
        <w:t xml:space="preserve"> Offer space for Thirt13n community initiatives</w:t>
      </w:r>
    </w:p>
    <w:p>
      <w:pPr>
        <w:pStyle w:val="Heading2"/>
      </w:pPr>
      <w:r>
        <w:t>8. Authorization</w:t>
      </w:r>
    </w:p>
    <w:p>
      <w:r>
        <w:t>Principal / Head of School Signature: ________________________________________</w:t>
      </w:r>
    </w:p>
    <w:p>
      <w:r>
        <w:t>Date: ____________________</w:t>
      </w:r>
    </w:p>
    <w:p>
      <w:r>
        <w:t>Printed Name: ________________________________________</w:t>
      </w:r>
    </w:p>
    <w:p>
      <w:r>
        <w:t>Title: ________________________________________</w:t>
      </w:r>
    </w:p>
    <w:p>
      <w:pPr>
        <w:pStyle w:val="Heading2"/>
      </w:pPr>
      <w:r>
        <w:t>9. Submission</w:t>
      </w:r>
    </w:p>
    <w:p>
      <w:r>
        <w:t>Please submit this completed application via:</w:t>
        <w:br/>
        <w:t>Email: schools@thirt13n.org</w:t>
        <w:br/>
        <w:t>Website: www.thirt13n.org/chatwithachamp</w:t>
        <w:br/>
        <w:t>Questions: Contact our Education Engagement Team at info@thirt13n.org</w:t>
      </w:r>
    </w:p>
    <w:p>
      <w:r>
        <w:br/>
        <w:t>Together, we Excite, Engage, Educate, and Empower the next generation of champions.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