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E611A" w14:textId="77777777" w:rsidR="00A40B27" w:rsidRDefault="00A40B27"/>
    <w:p w14:paraId="57CFFCA8" w14:textId="319E9392" w:rsidR="00A40B27" w:rsidRDefault="00B73BEB">
      <w:r>
        <w:t>Thirt13n’s Race2success</w:t>
      </w:r>
    </w:p>
    <w:p w14:paraId="611CAD8B" w14:textId="77777777" w:rsidR="00A40B27" w:rsidRDefault="00B73BEB">
      <w:r>
        <w:t>Industry Partner Application Form</w:t>
      </w:r>
    </w:p>
    <w:p w14:paraId="243A98A5" w14:textId="77777777" w:rsidR="00A40B27" w:rsidRDefault="00A40B27"/>
    <w:p w14:paraId="76FEC209" w14:textId="06905CDE" w:rsidR="00A40B27" w:rsidRDefault="00B73BEB">
      <w:r>
        <w:t>Thank you for your interest in becoming an Industry Partner with Thirt13m</w:t>
      </w:r>
    </w:p>
    <w:p w14:paraId="2666DA24" w14:textId="5E2E0942" w:rsidR="00A40B27" w:rsidRDefault="00B73BEB">
      <w:r>
        <w:t>This form helps us understand your company’s goals and partnership intern’s Race2success.</w:t>
      </w:r>
    </w:p>
    <w:p w14:paraId="52CB6F1E" w14:textId="77777777" w:rsidR="00A40B27" w:rsidRDefault="00A40B27"/>
    <w:p w14:paraId="6172BC25" w14:textId="77777777" w:rsidR="00A40B27" w:rsidRDefault="00B73BEB">
      <w:r>
        <w:t xml:space="preserve">SECTION 1: </w:t>
      </w:r>
      <w:r>
        <w:t>COMPANY INFORMATION</w:t>
      </w:r>
    </w:p>
    <w:p w14:paraId="09A8C703" w14:textId="77777777" w:rsidR="00A40B27" w:rsidRDefault="00B73BEB">
      <w:r>
        <w:t>Business/Organization Name:</w:t>
      </w:r>
    </w:p>
    <w:p w14:paraId="2AE78353" w14:textId="77777777" w:rsidR="00A40B27" w:rsidRDefault="00B73BEB">
      <w:r>
        <w:t>Industry Sector:</w:t>
      </w:r>
    </w:p>
    <w:p w14:paraId="0EA5DAB3" w14:textId="77777777" w:rsidR="00A40B27" w:rsidRDefault="00B73BEB">
      <w:r>
        <w:t>Address:</w:t>
      </w:r>
    </w:p>
    <w:p w14:paraId="0BC3CCD0" w14:textId="77777777" w:rsidR="00A40B27" w:rsidRDefault="00B73BEB">
      <w:r>
        <w:t>City, State, Zip:</w:t>
      </w:r>
    </w:p>
    <w:p w14:paraId="7194FB7C" w14:textId="77777777" w:rsidR="00A40B27" w:rsidRDefault="00B73BEB">
      <w:r>
        <w:t>Website:</w:t>
      </w:r>
    </w:p>
    <w:p w14:paraId="7B80BF86" w14:textId="77777777" w:rsidR="00A40B27" w:rsidRDefault="00B73BEB">
      <w:r>
        <w:t>Primary Contact Person:</w:t>
      </w:r>
    </w:p>
    <w:p w14:paraId="15408513" w14:textId="77777777" w:rsidR="00A40B27" w:rsidRDefault="00B73BEB">
      <w:r>
        <w:t>Phone Number:</w:t>
      </w:r>
    </w:p>
    <w:p w14:paraId="673DD416" w14:textId="77777777" w:rsidR="00A40B27" w:rsidRDefault="00B73BEB">
      <w:r>
        <w:t>Email Address:</w:t>
      </w:r>
    </w:p>
    <w:p w14:paraId="49FE33F2" w14:textId="77777777" w:rsidR="00A40B27" w:rsidRDefault="00A40B27"/>
    <w:p w14:paraId="381BB098" w14:textId="77777777" w:rsidR="00A40B27" w:rsidRDefault="00B73BEB">
      <w:r>
        <w:t>SECTION 2: COMPANY PROFILE</w:t>
      </w:r>
    </w:p>
    <w:p w14:paraId="19527D5B" w14:textId="77777777" w:rsidR="00A40B27" w:rsidRDefault="00B73BEB">
      <w:r>
        <w:t>Briefly describe your business and services:</w:t>
      </w:r>
    </w:p>
    <w:p w14:paraId="0C9FC023" w14:textId="77777777" w:rsidR="00A40B27" w:rsidRDefault="00A40B27"/>
    <w:p w14:paraId="679ABB68" w14:textId="77777777" w:rsidR="00A40B27" w:rsidRDefault="00B73BEB">
      <w:r>
        <w:t>Number of Employees:</w:t>
      </w:r>
    </w:p>
    <w:p w14:paraId="36146391" w14:textId="77777777" w:rsidR="00A40B27" w:rsidRDefault="00B73BEB">
      <w:r>
        <w:t>Years i</w:t>
      </w:r>
      <w:r>
        <w:t>n Operation:</w:t>
      </w:r>
    </w:p>
    <w:p w14:paraId="473C82E6" w14:textId="77777777" w:rsidR="00A40B27" w:rsidRDefault="00B73BEB">
      <w:r>
        <w:t xml:space="preserve">Does your business currently hire youth or apprentices? Yes / No  </w:t>
      </w:r>
    </w:p>
    <w:p w14:paraId="7776877F" w14:textId="77777777" w:rsidR="00A40B27" w:rsidRDefault="00B73BEB">
      <w:r>
        <w:t>If yes, please describe:</w:t>
      </w:r>
    </w:p>
    <w:p w14:paraId="1938FA17" w14:textId="77777777" w:rsidR="00A40B27" w:rsidRDefault="00A40B27"/>
    <w:p w14:paraId="39DF0E03" w14:textId="77777777" w:rsidR="00A40B27" w:rsidRDefault="00B73BEB">
      <w:r>
        <w:lastRenderedPageBreak/>
        <w:t>SECTION 3: PARTNERSHIP INTEREST AREAS</w:t>
      </w:r>
    </w:p>
    <w:p w14:paraId="3D2951C5" w14:textId="77777777" w:rsidR="00A40B27" w:rsidRDefault="00B73BEB">
      <w:r>
        <w:t>Please select the partnership activities your company is interested in:</w:t>
      </w:r>
    </w:p>
    <w:p w14:paraId="7532D3BF" w14:textId="77777777" w:rsidR="00A40B27" w:rsidRDefault="00B73BEB">
      <w:r>
        <w:t>• Workplace tours / site visits</w:t>
      </w:r>
    </w:p>
    <w:p w14:paraId="39F236C8" w14:textId="77777777" w:rsidR="00A40B27" w:rsidRDefault="00B73BEB">
      <w:r>
        <w:t xml:space="preserve">• Guest </w:t>
      </w:r>
      <w:r>
        <w:t>speakers / demonstrations</w:t>
      </w:r>
    </w:p>
    <w:p w14:paraId="1C2C5BD1" w14:textId="77777777" w:rsidR="00A40B27" w:rsidRDefault="00B73BEB">
      <w:r>
        <w:t>• Hosting student interns</w:t>
      </w:r>
    </w:p>
    <w:p w14:paraId="6CCB2D80" w14:textId="77777777" w:rsidR="00A40B27" w:rsidRDefault="00B73BEB">
      <w:r>
        <w:t>• Job shadowing opportunities</w:t>
      </w:r>
    </w:p>
    <w:p w14:paraId="499D79C4" w14:textId="77777777" w:rsidR="00A40B27" w:rsidRDefault="00B73BEB">
      <w:r>
        <w:t>• Teacher externships</w:t>
      </w:r>
    </w:p>
    <w:p w14:paraId="39552E31" w14:textId="77777777" w:rsidR="00A40B27" w:rsidRDefault="00B73BEB">
      <w:r>
        <w:t>• Pre-apprenticeship or apprenticeship programs</w:t>
      </w:r>
    </w:p>
    <w:p w14:paraId="13D9ED6A" w14:textId="77777777" w:rsidR="00A40B27" w:rsidRDefault="00B73BEB">
      <w:r>
        <w:t>• Student project collaboration</w:t>
      </w:r>
    </w:p>
    <w:p w14:paraId="2A75A64B" w14:textId="77777777" w:rsidR="00A40B27" w:rsidRDefault="00B73BEB">
      <w:r>
        <w:t>• Summer programs for students</w:t>
      </w:r>
    </w:p>
    <w:p w14:paraId="7E795A38" w14:textId="77777777" w:rsidR="00A40B27" w:rsidRDefault="00B73BEB">
      <w:r>
        <w:t>• Career fairs / school events</w:t>
      </w:r>
    </w:p>
    <w:p w14:paraId="1087016B" w14:textId="77777777" w:rsidR="00A40B27" w:rsidRDefault="00B73BEB">
      <w:r>
        <w:t xml:space="preserve">• </w:t>
      </w:r>
      <w:r>
        <w:t>Curriculum development / industry resources</w:t>
      </w:r>
    </w:p>
    <w:p w14:paraId="264E2F14" w14:textId="77777777" w:rsidR="00A40B27" w:rsidRDefault="00B73BEB">
      <w:r>
        <w:t>• Sponsorships or donations</w:t>
      </w:r>
    </w:p>
    <w:p w14:paraId="2070D780" w14:textId="77777777" w:rsidR="00A40B27" w:rsidRDefault="00B73BEB">
      <w:r>
        <w:t>• Other (please describe):</w:t>
      </w:r>
    </w:p>
    <w:p w14:paraId="24081D0C" w14:textId="77777777" w:rsidR="00A40B27" w:rsidRDefault="00A40B27"/>
    <w:p w14:paraId="664F1D23" w14:textId="77777777" w:rsidR="00A40B27" w:rsidRDefault="00B73BEB">
      <w:r>
        <w:t>SECTION 4: WORKFORCE NEEDS</w:t>
      </w:r>
    </w:p>
    <w:p w14:paraId="041DC85F" w14:textId="77777777" w:rsidR="00A40B27" w:rsidRDefault="00B73BEB">
      <w:r>
        <w:t>List the top skills your industry needs in future employees:</w:t>
      </w:r>
    </w:p>
    <w:p w14:paraId="059C9345" w14:textId="77777777" w:rsidR="00A40B27" w:rsidRDefault="00A40B27"/>
    <w:p w14:paraId="62CA7EBA" w14:textId="77777777" w:rsidR="00A40B27" w:rsidRDefault="00B73BEB">
      <w:r>
        <w:t xml:space="preserve">Does your business face workforce shortages? Yes / No  </w:t>
      </w:r>
    </w:p>
    <w:p w14:paraId="0D6C9C69" w14:textId="77777777" w:rsidR="00A40B27" w:rsidRDefault="00B73BEB">
      <w:r>
        <w:t xml:space="preserve">If yes, in </w:t>
      </w:r>
      <w:r>
        <w:t>which positions?</w:t>
      </w:r>
    </w:p>
    <w:p w14:paraId="1AB91EC5" w14:textId="77777777" w:rsidR="00A40B27" w:rsidRDefault="00A40B27"/>
    <w:p w14:paraId="4ADE2F00" w14:textId="77777777" w:rsidR="00A40B27" w:rsidRDefault="00B73BEB">
      <w:r>
        <w:t>SECTION 5: SAFETY &amp; REQUIREMENTS</w:t>
      </w:r>
    </w:p>
    <w:p w14:paraId="48BDFF1F" w14:textId="77777777" w:rsidR="00A40B27" w:rsidRDefault="00B73BEB">
      <w:r>
        <w:t xml:space="preserve">Does your workplace require safety training for visitors? Yes / No  </w:t>
      </w:r>
    </w:p>
    <w:p w14:paraId="3BF12639" w14:textId="77777777" w:rsidR="00A40B27" w:rsidRDefault="00B73BEB">
      <w:r>
        <w:t>If yes, please describe:</w:t>
      </w:r>
    </w:p>
    <w:p w14:paraId="2D542A01" w14:textId="77777777" w:rsidR="00A40B27" w:rsidRDefault="00A40B27"/>
    <w:p w14:paraId="10DC4547" w14:textId="77777777" w:rsidR="00A40B27" w:rsidRDefault="00B73BEB">
      <w:r>
        <w:t>SECTION 6: AUTHORIZATION</w:t>
      </w:r>
    </w:p>
    <w:p w14:paraId="6D5A7142" w14:textId="77777777" w:rsidR="00A40B27" w:rsidRDefault="00B73BEB">
      <w:r>
        <w:lastRenderedPageBreak/>
        <w:t>I certify that the information provided is accurate and that our company is intereste</w:t>
      </w:r>
      <w:r>
        <w:t>d in collaborating with YLA.</w:t>
      </w:r>
    </w:p>
    <w:p w14:paraId="41B7E138" w14:textId="77777777" w:rsidR="00A40B27" w:rsidRDefault="00A40B27"/>
    <w:p w14:paraId="4647FF14" w14:textId="77777777" w:rsidR="00A40B27" w:rsidRDefault="00B73BEB">
      <w:r>
        <w:t>Authorized Representative Name:</w:t>
      </w:r>
    </w:p>
    <w:p w14:paraId="53118505" w14:textId="77777777" w:rsidR="00A40B27" w:rsidRDefault="00B73BEB">
      <w:r>
        <w:t>Title:</w:t>
      </w:r>
    </w:p>
    <w:p w14:paraId="6228FA17" w14:textId="77777777" w:rsidR="00A40B27" w:rsidRDefault="00B73BEB">
      <w:r>
        <w:t>Signature: ___________________________</w:t>
      </w:r>
    </w:p>
    <w:p w14:paraId="590F2610" w14:textId="77777777" w:rsidR="00A40B27" w:rsidRDefault="00B73BEB">
      <w:r>
        <w:t>Date: _______________________________</w:t>
      </w:r>
    </w:p>
    <w:p w14:paraId="35340842" w14:textId="77777777" w:rsidR="00A40B27" w:rsidRDefault="00A40B27"/>
    <w:sectPr w:rsidR="00A40B2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40B27"/>
    <w:rsid w:val="00AA1D8D"/>
    <w:rsid w:val="00B47730"/>
    <w:rsid w:val="00B73BE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92C7DD"/>
  <w14:defaultImageDpi w14:val="300"/>
  <w15:docId w15:val="{0F5B7A2B-D326-4B68-AA40-044579E89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Tamara Cavanaugh</cp:lastModifiedBy>
  <cp:revision>2</cp:revision>
  <dcterms:created xsi:type="dcterms:W3CDTF">2025-11-15T02:45:00Z</dcterms:created>
  <dcterms:modified xsi:type="dcterms:W3CDTF">2025-11-15T02:45:00Z</dcterms:modified>
  <cp:category/>
</cp:coreProperties>
</file>