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Vivanova Reciprocal Club Membership Application</w:t>
      </w:r>
    </w:p>
    <w:p/>
    <w:p>
      <w:r>
        <w:t>Vivanova’s Reciprocal Club Membership program allows esteemed clubs, societies, and venues to share benefits and access within the Vivanova Tasting Society network. Members enjoy mutual privileges, preferred pricing, and event access across all participating partners.</w:t>
      </w:r>
    </w:p>
    <w:p>
      <w:r>
        <w:br/>
        <w:t>Overview of the Four Tasting Societies:</w:t>
      </w:r>
    </w:p>
    <w:p>
      <w:r>
        <w:t>• Executive Circle: Where business, education, and taste meet—crafted for corporate and private tastings that merge sophistication and connection.</w:t>
      </w:r>
    </w:p>
    <w:p>
      <w:r>
        <w:t>• Soigné: A celebration of art, culture, and fashion blended with wine and culinary mastery—refined elegance for the modern connoisseur.</w:t>
      </w:r>
    </w:p>
    <w:p>
      <w:r>
        <w:t>• WSB (Wine • Sport • Business): A vibrant mix of lifestyle, sport, and refinement—where energy meets elegance and business meets pleasure.</w:t>
      </w:r>
    </w:p>
    <w:p>
      <w:r>
        <w:t>• Enigma: A secret society of discovery and exclusivity—offering surprise destinations and curated tastings revealed only to members.</w:t>
      </w:r>
    </w:p>
    <w:p>
      <w:r>
        <w:rPr>
          <w:b/>
          <w:sz w:val="28"/>
        </w:rPr>
        <w:t>Club / Venue Information</w:t>
      </w:r>
    </w:p>
    <w:p/>
    <w:p>
      <w:r>
        <w:t>Club / Venue Name: ___________________________________________</w:t>
      </w:r>
    </w:p>
    <w:p>
      <w:r>
        <w:t>Type (Private Club / Winery / Distillery / Venue): ________________________</w:t>
      </w:r>
    </w:p>
    <w:p>
      <w:r>
        <w:t>Address: _______________________________________________________</w:t>
      </w:r>
    </w:p>
    <w:p>
      <w:r>
        <w:t>Contact Person: ____________________  Title: ___________________________</w:t>
      </w:r>
    </w:p>
    <w:p>
      <w:r>
        <w:t>Phone: ____________________  Email: _________________________________</w:t>
      </w:r>
    </w:p>
    <w:p>
      <w:r>
        <w:rPr>
          <w:b/>
          <w:sz w:val="28"/>
        </w:rPr>
        <w:t>Reciprocal Privilege Selection</w:t>
      </w:r>
    </w:p>
    <w:p/>
    <w:p>
      <w:r>
        <w:t>☐ Standard Access – Shared member benefits and listings</w:t>
      </w:r>
    </w:p>
    <w:p>
      <w:r>
        <w:t>☐ Premium Access – Featured access and joint marketing promotions</w:t>
      </w:r>
    </w:p>
    <w:p>
      <w:r>
        <w:t>☐ Executive Access – Full reciprocal privileges and cross-event hosting opportunities</w:t>
      </w:r>
    </w:p>
    <w:p>
      <w:r>
        <w:rPr>
          <w:b/>
          <w:sz w:val="28"/>
        </w:rPr>
        <w:t>Attachments (Optional)</w:t>
      </w:r>
    </w:p>
    <w:p/>
    <w:p>
      <w:r>
        <w:t>Please attach the following if available:</w:t>
      </w:r>
    </w:p>
    <w:p>
      <w:r>
        <w:t>☐ Menu or Tasting List</w:t>
        <w:br/>
        <w:t>☐ Event Calendar</w:t>
        <w:br/>
        <w:t>☐ Club Photos</w:t>
        <w:br/>
        <w:t>☐ Partnership Brochure</w:t>
      </w:r>
    </w:p>
    <w:p>
      <w:r>
        <w:rPr>
          <w:b/>
          <w:sz w:val="28"/>
        </w:rPr>
        <w:t>Agreement and Signature</w:t>
      </w:r>
    </w:p>
    <w:p/>
    <w:p>
      <w:r>
        <w:t>By signing below, you agree to maintain the shared values of luxury, hospitality, and integrity that unite the Vivanova Reciprocal Network. This agreement fosters community among members, promoting access, connection, and excellence.</w:t>
      </w:r>
    </w:p>
    <w:p>
      <w:r>
        <w:br/>
        <w:t>Signature: _______________________________   Date: ___________________</w:t>
      </w:r>
    </w:p>
    <w:p>
      <w:r>
        <w:t>Printed Name: ____________________________   Title: 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