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Vivanova Tasting Society Membership Application</w:t>
      </w:r>
    </w:p>
    <w:p>
      <w:r>
        <w:t>Welcome to the Vivanova Tasting Societies — a distinguished community where luxury, education, and connection meet through the world of wine. By joining, you become part of an exclusive network of tastemakers who appreciate the art of fine wine and curated experiences.</w:t>
      </w:r>
    </w:p>
    <w:p>
      <w:r>
        <w:br/>
        <w:t>Overview of the Four Tasting Societies:</w:t>
      </w:r>
    </w:p>
    <w:p>
      <w:r>
        <w:t>• Executive Circle: Where business, education, and taste converge through refined corporate and private tastings.</w:t>
      </w:r>
    </w:p>
    <w:p>
      <w:r>
        <w:t>• Soigné: A society that unites art, culture, and fashion with fine wine and elegant gatherings.</w:t>
      </w:r>
    </w:p>
    <w:p>
      <w:r>
        <w:t>• WSB (Wine • Sport • Business): A lifestyle circle connecting sport, business, and the culture of wine with sophistication.</w:t>
      </w:r>
    </w:p>
    <w:p>
      <w:r>
        <w:t>• Enigma: A secret society of invitation-only experiences, where mystery and discovery await each event.</w:t>
      </w:r>
    </w:p>
    <w:p>
      <w:r>
        <w:br/>
        <w:t>Member Information</w:t>
      </w:r>
    </w:p>
    <w:p>
      <w:r>
        <w:t>Full Name / Company: ___________________________________________</w:t>
      </w:r>
    </w:p>
    <w:p>
      <w:r>
        <w:t>Address: _______________________________________________________</w:t>
      </w:r>
    </w:p>
    <w:p>
      <w:r>
        <w:t>Email: _______________________________  Phone: ___________________________</w:t>
      </w:r>
    </w:p>
    <w:p>
      <w:r>
        <w:t>Type of Membership: ☐ Individual   ☐ Corporate   ☐ Couple</w:t>
      </w:r>
    </w:p>
    <w:p>
      <w:r>
        <w:br/>
        <w:t>Preferred Society (Select One):</w:t>
      </w:r>
    </w:p>
    <w:p>
      <w:r>
        <w:t>☐ Executive Circle – Where business, education, and taste converge.</w:t>
      </w:r>
    </w:p>
    <w:p>
      <w:r>
        <w:t>☐ Soigné – Where art, culture, and fashion meet fine wine.</w:t>
      </w:r>
    </w:p>
    <w:p>
      <w:r>
        <w:t>☐ WSB (Wine • Sport • Business) – Blending lifestyle, sport, and sophistication.</w:t>
      </w:r>
    </w:p>
    <w:p>
      <w:r>
        <w:t>☐ Enigma – Invitation-only experiences defined by mystery and discovery.</w:t>
      </w:r>
    </w:p>
    <w:p>
      <w:r>
        <w:br/>
        <w:t>Secondary Society Interest (Optional):</w:t>
      </w:r>
    </w:p>
    <w:p>
      <w:r>
        <w:t>☐ Executive Circle   ☐ Soigné   ☐ WSB   ☐ Enigma</w:t>
      </w:r>
    </w:p>
    <w:p>
      <w:r>
        <w:br/>
        <w:t>Membership Tier (Select One):</w:t>
      </w:r>
    </w:p>
    <w:p>
      <w:r>
        <w:t>☐ Classic – Access to monthly wine tastings and educational sessions</w:t>
      </w:r>
    </w:p>
    <w:p>
      <w:r>
        <w:t>☐ Premier – Includes exclusive events and reciprocal access privileges</w:t>
      </w:r>
    </w:p>
    <w:p>
      <w:r>
        <w:t>☐ Executive – Personalized concierge experiences and limited society invitations</w:t>
      </w:r>
    </w:p>
    <w:p>
      <w:r>
        <w:br/>
        <w:t>Wine Preferences (Optional):</w:t>
      </w:r>
    </w:p>
    <w:p>
      <w:r>
        <w:t>☐ Red   ☐ White   ☐ Rosé   ☐ Sparkling   ☐ Dessert Wine</w:t>
      </w:r>
    </w:p>
    <w:p>
      <w:r>
        <w:br/>
        <w:t>Reciprocal Access Option:</w:t>
      </w:r>
    </w:p>
    <w:p>
      <w:r>
        <w:t>☐ I wish to access reciprocal benefits across other Vivanova Tasting Societies.</w:t>
      </w:r>
    </w:p>
    <w:p>
      <w:r>
        <w:br/>
        <w:t>Payment &amp; Annual Dues</w:t>
      </w:r>
    </w:p>
    <w:p>
      <w:r>
        <w:t>Annual Membership Fee: ____________________________</w:t>
        <w:br/>
        <w:t>Preferred Payment Method: ☐ Credit Card   ☐ Invoice   ☐ Other ____________</w:t>
        <w:br/>
        <w:t>Concierge Billing Contact: ___________________________________________</w:t>
      </w:r>
    </w:p>
    <w:p>
      <w:r>
        <w:br/>
        <w:t>Acknowledgment and Signature</w:t>
      </w:r>
    </w:p>
    <w:p>
      <w:r>
        <w:t>By signing below, you acknowledge your commitment to uphold the values of excellence, education, and hospitality that define the Vivanova Tasting Societies. Membership is subject to approval and adherence to the society’s code of conduct.</w:t>
      </w:r>
    </w:p>
    <w:p>
      <w:r>
        <w:br/>
        <w:t>Signature: _______________________________   Date: ___________________</w:t>
      </w:r>
    </w:p>
    <w:p>
      <w:r>
        <w:t>Printed Name: ____________________________   Title (if applicable): 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