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Vivanova Tasting Society Partnership Application</w:t>
      </w:r>
    </w:p>
    <w:p/>
    <w:p>
      <w:r>
        <w:t>Thank you for your interest in becoming a partner of Vivanova’s Tasting Societies. Vivanova bridges luxury, culture, and education to create tasting experiences that inspire connection and community. As a partner, your venue or brand joins a collective of wineries, distilleries, breweries, and hospitality leaders who share our passion for craftsmanship and purpose.</w:t>
      </w:r>
    </w:p>
    <w:p>
      <w:r>
        <w:br/>
        <w:t>Overview of the Four Tasting Societies:</w:t>
      </w:r>
    </w:p>
    <w:p>
      <w:r>
        <w:t>• Executive Circle: Where business, education, and taste meet—crafted for corporate and private tastings that merge sophistication and connection.</w:t>
      </w:r>
    </w:p>
    <w:p>
      <w:r>
        <w:t>• Soigné: A celebration of art, culture, and fashion blended with wine and culinary mastery—refined elegance for the modern connoisseur.</w:t>
      </w:r>
    </w:p>
    <w:p>
      <w:r>
        <w:t>• WSB (Wine • Sport • Business): A vibrant mix of lifestyle, sport, and refinement—where energy meets elegance and business meets pleasure.</w:t>
      </w:r>
    </w:p>
    <w:p>
      <w:r>
        <w:t>• Enigma: A secret society of discovery and exclusivity—offering surprise destinations and curated tastings revealed only to members.</w:t>
      </w:r>
    </w:p>
    <w:p>
      <w:r>
        <w:rPr>
          <w:b/>
          <w:sz w:val="28"/>
        </w:rPr>
        <w:t>Organization Information</w:t>
      </w:r>
    </w:p>
    <w:p/>
    <w:p>
      <w:r>
        <w:t>Organization Name: ___________________________________________</w:t>
      </w:r>
    </w:p>
    <w:p>
      <w:r>
        <w:t>Type (Winery / Distillery / Brewery / Venue): ____________________________</w:t>
      </w:r>
    </w:p>
    <w:p>
      <w:r>
        <w:t>Address: _______________________________________________________</w:t>
      </w:r>
    </w:p>
    <w:p>
      <w:r>
        <w:t>Contact Person: ____________________  Title: ___________________________</w:t>
      </w:r>
    </w:p>
    <w:p>
      <w:r>
        <w:t>Phone: ____________________  Email: _________________________________</w:t>
      </w:r>
    </w:p>
    <w:p>
      <w:r>
        <w:rPr>
          <w:b/>
          <w:sz w:val="28"/>
        </w:rPr>
        <w:t>Partnership Tier Selection</w:t>
      </w:r>
    </w:p>
    <w:p/>
    <w:p>
      <w:r>
        <w:t>☐ Affiliate Partner – Introductory listing and shared marketing access</w:t>
      </w:r>
    </w:p>
    <w:p>
      <w:r>
        <w:t>☐ Premium Partner – Access to collaborative events and featured placement</w:t>
      </w:r>
    </w:p>
    <w:p>
      <w:r>
        <w:t>☐ Exclusive Partner – Full access to Vivanova experiences, training, and reciprocal benefits</w:t>
      </w:r>
    </w:p>
    <w:p>
      <w:r>
        <w:rPr>
          <w:b/>
          <w:sz w:val="28"/>
        </w:rPr>
        <w:t>Attachments (Optional)</w:t>
      </w:r>
    </w:p>
    <w:p/>
    <w:p>
      <w:r>
        <w:t>Please attach the following if available:</w:t>
      </w:r>
    </w:p>
    <w:p>
      <w:r>
        <w:t>☐ Product or Wine List</w:t>
        <w:br/>
        <w:t>☐ Event Calendar</w:t>
        <w:br/>
        <w:t>☐ Venue Photos</w:t>
        <w:br/>
        <w:t>☐ Menu or Offerings</w:t>
      </w:r>
    </w:p>
    <w:p>
      <w:r>
        <w:rPr>
          <w:b/>
          <w:sz w:val="28"/>
        </w:rPr>
        <w:t>Acknowledgment and Signature</w:t>
      </w:r>
    </w:p>
    <w:p/>
    <w:p>
      <w:r>
        <w:t>By signing below, you acknowledge your commitment to uphold the standards of excellence, hospitality, and shared purpose that define the Vivanova network.</w:t>
      </w:r>
    </w:p>
    <w:p>
      <w:r>
        <w:br/>
        <w:t>Signature: _______________________________   Date: ___________________</w:t>
      </w:r>
    </w:p>
    <w:p>
      <w:r>
        <w:t>Printed Name: ____________________________   Title: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